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C35B3" w:rsidRPr="00D35C82" w:rsidRDefault="00937A43">
      <w:pPr>
        <w:pStyle w:val="Titolo1"/>
        <w:rPr>
          <w:rFonts w:ascii="Calibri" w:hAnsi="Calibri" w:cs="Calibri"/>
          <w:color w:val="000000" w:themeColor="text1"/>
          <w:sz w:val="21"/>
          <w:szCs w:val="21"/>
          <w:lang w:val="it-IT"/>
        </w:rPr>
      </w:pPr>
      <w:r w:rsidRPr="00D35C82">
        <w:rPr>
          <w:rFonts w:ascii="Calibri" w:hAnsi="Calibri" w:cs="Calibri"/>
          <w:color w:val="000000" w:themeColor="text1"/>
          <w:sz w:val="21"/>
          <w:szCs w:val="21"/>
          <w:lang w:val="it-IT"/>
        </w:rPr>
        <w:t>Allegato 2 - Informativa alle famiglie – Presenza di specialista esterno in classe</w:t>
      </w:r>
    </w:p>
    <w:p w:rsidR="006C35B3" w:rsidRPr="00D35C82" w:rsidRDefault="006C35B3">
      <w:pPr>
        <w:rPr>
          <w:rFonts w:ascii="Calibri" w:hAnsi="Calibri" w:cs="Calibri"/>
          <w:sz w:val="21"/>
          <w:szCs w:val="21"/>
          <w:lang w:val="it-IT"/>
        </w:rPr>
      </w:pPr>
    </w:p>
    <w:p w:rsidR="006C35B3" w:rsidRPr="00D35C82" w:rsidRDefault="00000000" w:rsidP="00D35C82">
      <w:pPr>
        <w:spacing w:line="240" w:lineRule="auto"/>
        <w:jc w:val="both"/>
        <w:rPr>
          <w:rFonts w:ascii="Calibri" w:hAnsi="Calibri" w:cs="Calibri"/>
          <w:sz w:val="21"/>
          <w:szCs w:val="21"/>
          <w:lang w:val="it-IT"/>
        </w:rPr>
      </w:pPr>
      <w:r w:rsidRPr="00D35C82">
        <w:rPr>
          <w:rFonts w:ascii="Calibri" w:hAnsi="Calibri" w:cs="Calibri"/>
          <w:sz w:val="21"/>
          <w:szCs w:val="21"/>
          <w:lang w:val="it-IT"/>
        </w:rPr>
        <w:t>Gentili Famiglie,</w:t>
      </w:r>
    </w:p>
    <w:p w:rsidR="006C35B3" w:rsidRPr="00D35C82" w:rsidRDefault="00000000" w:rsidP="00D35C82">
      <w:pPr>
        <w:spacing w:line="240" w:lineRule="auto"/>
        <w:jc w:val="both"/>
        <w:rPr>
          <w:rFonts w:ascii="Calibri" w:hAnsi="Calibri" w:cs="Calibri"/>
          <w:sz w:val="21"/>
          <w:szCs w:val="21"/>
          <w:lang w:val="it-IT"/>
        </w:rPr>
      </w:pPr>
      <w:r w:rsidRPr="00D35C82">
        <w:rPr>
          <w:rFonts w:ascii="Calibri" w:hAnsi="Calibri" w:cs="Calibri"/>
          <w:sz w:val="21"/>
          <w:szCs w:val="21"/>
          <w:lang w:val="it-IT"/>
        </w:rPr>
        <w:t>con la presente si informa che, nell’ambito delle azioni poste in essere da questa Istituzione scolastica per la tutela del diritto allo studio, del benessere e dell’inclusione scolastica, è stata autorizzata dalla Dirigente Scolastica la presenza in classe di uno specialista esterno (professionista sanitario o educativo) che segue un alunno/a della classe.</w:t>
      </w:r>
    </w:p>
    <w:p w:rsidR="006C35B3" w:rsidRPr="00D35C82" w:rsidRDefault="00000000" w:rsidP="00D35C82">
      <w:pPr>
        <w:spacing w:line="240" w:lineRule="auto"/>
        <w:jc w:val="both"/>
        <w:rPr>
          <w:rFonts w:ascii="Calibri" w:hAnsi="Calibri" w:cs="Calibri"/>
          <w:sz w:val="21"/>
          <w:szCs w:val="21"/>
          <w:lang w:val="it-IT"/>
        </w:rPr>
      </w:pPr>
      <w:r w:rsidRPr="00D35C82">
        <w:rPr>
          <w:rFonts w:ascii="Calibri" w:hAnsi="Calibri" w:cs="Calibri"/>
          <w:sz w:val="21"/>
          <w:szCs w:val="21"/>
          <w:lang w:val="it-IT"/>
        </w:rPr>
        <w:t>La presenza dello specialista è finalizzata esclusivamente a osservazioni del contesto scolastico, funzionali alla continuità del percorso educativo e/o terapeutico dell’alunno/a interessato/a, e avverrà secondo il seguente calendario:</w:t>
      </w:r>
    </w:p>
    <w:p w:rsidR="006C35B3" w:rsidRPr="00D35C82" w:rsidRDefault="00000000" w:rsidP="00D35C82">
      <w:pPr>
        <w:spacing w:line="240" w:lineRule="auto"/>
        <w:jc w:val="both"/>
        <w:rPr>
          <w:rFonts w:ascii="Calibri" w:hAnsi="Calibri" w:cs="Calibri"/>
          <w:sz w:val="21"/>
          <w:szCs w:val="21"/>
          <w:lang w:val="it-IT"/>
        </w:rPr>
      </w:pPr>
      <w:r w:rsidRPr="00D35C82">
        <w:rPr>
          <w:rFonts w:ascii="Calibri" w:hAnsi="Calibri" w:cs="Calibri"/>
          <w:sz w:val="21"/>
          <w:szCs w:val="21"/>
          <w:lang w:val="it-IT"/>
        </w:rPr>
        <w:t>Data/e: _______________________________________________</w:t>
      </w:r>
    </w:p>
    <w:p w:rsidR="006C35B3" w:rsidRPr="00D35C82" w:rsidRDefault="00000000" w:rsidP="00D35C82">
      <w:pPr>
        <w:spacing w:line="240" w:lineRule="auto"/>
        <w:jc w:val="both"/>
        <w:rPr>
          <w:rFonts w:ascii="Calibri" w:hAnsi="Calibri" w:cs="Calibri"/>
          <w:sz w:val="21"/>
          <w:szCs w:val="21"/>
          <w:lang w:val="it-IT"/>
        </w:rPr>
      </w:pPr>
      <w:r w:rsidRPr="00D35C82">
        <w:rPr>
          <w:rFonts w:ascii="Calibri" w:hAnsi="Calibri" w:cs="Calibri"/>
          <w:sz w:val="21"/>
          <w:szCs w:val="21"/>
          <w:lang w:val="it-IT"/>
        </w:rPr>
        <w:t>Fascia/e oraria/e: _____________________________________</w:t>
      </w:r>
    </w:p>
    <w:p w:rsidR="006C35B3" w:rsidRPr="00D35C82" w:rsidRDefault="00000000" w:rsidP="00D35C82">
      <w:pPr>
        <w:spacing w:line="240" w:lineRule="auto"/>
        <w:jc w:val="both"/>
        <w:rPr>
          <w:rFonts w:ascii="Calibri" w:hAnsi="Calibri" w:cs="Calibri"/>
          <w:sz w:val="21"/>
          <w:szCs w:val="21"/>
          <w:lang w:val="it-IT"/>
        </w:rPr>
      </w:pPr>
      <w:r w:rsidRPr="00D35C82">
        <w:rPr>
          <w:rFonts w:ascii="Calibri" w:hAnsi="Calibri" w:cs="Calibri"/>
          <w:sz w:val="21"/>
          <w:szCs w:val="21"/>
          <w:lang w:val="it-IT"/>
        </w:rPr>
        <w:t>Classe/Sezione: _______________________________________</w:t>
      </w:r>
    </w:p>
    <w:p w:rsidR="006C35B3" w:rsidRPr="00D35C82" w:rsidRDefault="00000000" w:rsidP="00D35C82">
      <w:pPr>
        <w:spacing w:line="240" w:lineRule="auto"/>
        <w:jc w:val="both"/>
        <w:rPr>
          <w:rFonts w:ascii="Calibri" w:hAnsi="Calibri" w:cs="Calibri"/>
          <w:sz w:val="21"/>
          <w:szCs w:val="21"/>
          <w:lang w:val="it-IT"/>
        </w:rPr>
      </w:pPr>
      <w:r w:rsidRPr="00D35C82">
        <w:rPr>
          <w:rFonts w:ascii="Calibri" w:hAnsi="Calibri" w:cs="Calibri"/>
          <w:sz w:val="21"/>
          <w:szCs w:val="21"/>
          <w:lang w:val="it-IT"/>
        </w:rPr>
        <w:t>Si precisa che:</w:t>
      </w:r>
    </w:p>
    <w:p w:rsidR="006C35B3" w:rsidRPr="00D35C82" w:rsidRDefault="00000000" w:rsidP="00D35C82">
      <w:pPr>
        <w:spacing w:line="240" w:lineRule="auto"/>
        <w:jc w:val="both"/>
        <w:rPr>
          <w:rFonts w:ascii="Calibri" w:hAnsi="Calibri" w:cs="Calibri"/>
          <w:sz w:val="21"/>
          <w:szCs w:val="21"/>
          <w:lang w:val="it-IT"/>
        </w:rPr>
      </w:pPr>
      <w:r w:rsidRPr="00D35C82">
        <w:rPr>
          <w:rFonts w:ascii="Calibri" w:hAnsi="Calibri" w:cs="Calibri"/>
          <w:sz w:val="21"/>
          <w:szCs w:val="21"/>
          <w:lang w:val="it-IT"/>
        </w:rPr>
        <w:t>- l’attività dello specialista avrà carattere esclusivamente osservativo;</w:t>
      </w:r>
    </w:p>
    <w:p w:rsidR="006C35B3" w:rsidRPr="00D35C82" w:rsidRDefault="00000000" w:rsidP="00D35C82">
      <w:pPr>
        <w:spacing w:line="240" w:lineRule="auto"/>
        <w:jc w:val="both"/>
        <w:rPr>
          <w:rFonts w:ascii="Calibri" w:hAnsi="Calibri" w:cs="Calibri"/>
          <w:sz w:val="21"/>
          <w:szCs w:val="21"/>
          <w:lang w:val="it-IT"/>
        </w:rPr>
      </w:pPr>
      <w:r w:rsidRPr="00D35C82">
        <w:rPr>
          <w:rFonts w:ascii="Calibri" w:hAnsi="Calibri" w:cs="Calibri"/>
          <w:sz w:val="21"/>
          <w:szCs w:val="21"/>
          <w:lang w:val="it-IT"/>
        </w:rPr>
        <w:t>- non sono previsti interventi diretti, valutazioni o rilevazioni nei confronti degli altri alunni della classe;</w:t>
      </w:r>
    </w:p>
    <w:p w:rsidR="006C35B3" w:rsidRPr="00D35C82" w:rsidRDefault="00000000" w:rsidP="00D35C82">
      <w:pPr>
        <w:spacing w:line="240" w:lineRule="auto"/>
        <w:jc w:val="both"/>
        <w:rPr>
          <w:rFonts w:ascii="Calibri" w:hAnsi="Calibri" w:cs="Calibri"/>
          <w:sz w:val="21"/>
          <w:szCs w:val="21"/>
          <w:lang w:val="it-IT"/>
        </w:rPr>
      </w:pPr>
      <w:r w:rsidRPr="00D35C82">
        <w:rPr>
          <w:rFonts w:ascii="Calibri" w:hAnsi="Calibri" w:cs="Calibri"/>
          <w:sz w:val="21"/>
          <w:szCs w:val="21"/>
          <w:lang w:val="it-IT"/>
        </w:rPr>
        <w:t>- le osservazioni si svolgeranno in presenza dei docenti e senza interferire con il regolare svolgimento delle attività didattiche;</w:t>
      </w:r>
    </w:p>
    <w:p w:rsidR="006C35B3" w:rsidRPr="00D35C82" w:rsidRDefault="00000000" w:rsidP="00D35C82">
      <w:pPr>
        <w:spacing w:line="240" w:lineRule="auto"/>
        <w:jc w:val="both"/>
        <w:rPr>
          <w:rFonts w:ascii="Calibri" w:hAnsi="Calibri" w:cs="Calibri"/>
          <w:sz w:val="21"/>
          <w:szCs w:val="21"/>
          <w:lang w:val="it-IT"/>
        </w:rPr>
      </w:pPr>
      <w:r w:rsidRPr="00D35C82">
        <w:rPr>
          <w:rFonts w:ascii="Calibri" w:hAnsi="Calibri" w:cs="Calibri"/>
          <w:sz w:val="21"/>
          <w:szCs w:val="21"/>
          <w:lang w:val="it-IT"/>
        </w:rPr>
        <w:t>- sarà garantito il pieno rispetto della normativa vigente in materia di protezione dei dati personali e di riservatezza.</w:t>
      </w:r>
    </w:p>
    <w:p w:rsidR="006C35B3" w:rsidRPr="00D35C82" w:rsidRDefault="00000000" w:rsidP="00D35C82">
      <w:pPr>
        <w:spacing w:line="240" w:lineRule="auto"/>
        <w:jc w:val="both"/>
        <w:rPr>
          <w:rFonts w:ascii="Calibri" w:hAnsi="Calibri" w:cs="Calibri"/>
          <w:sz w:val="21"/>
          <w:szCs w:val="21"/>
          <w:lang w:val="it-IT"/>
        </w:rPr>
      </w:pPr>
      <w:r w:rsidRPr="00D35C82">
        <w:rPr>
          <w:rFonts w:ascii="Calibri" w:hAnsi="Calibri" w:cs="Calibri"/>
          <w:sz w:val="21"/>
          <w:szCs w:val="21"/>
          <w:lang w:val="it-IT"/>
        </w:rPr>
        <w:t>La presente informativa è resa ai sensi dei principi di trasparenza e correttezza amministrativa e in coerenza con le indicazioni dell’Autorità Garante nazionale dei diritti delle persone con disabilità, che riconoscono la competenza del Dirigente Scolastico ad autorizzare tali presenze senza necessità di acquisire il consenso formale delle famiglie degli altri alunni, fermo restando l’obbligo di informazione.</w:t>
      </w:r>
    </w:p>
    <w:p w:rsidR="006C35B3" w:rsidRPr="00D35C82" w:rsidRDefault="00000000" w:rsidP="00D35C82">
      <w:pPr>
        <w:spacing w:line="240" w:lineRule="auto"/>
        <w:jc w:val="both"/>
        <w:rPr>
          <w:rFonts w:ascii="Calibri" w:hAnsi="Calibri" w:cs="Calibri"/>
          <w:sz w:val="21"/>
          <w:szCs w:val="21"/>
          <w:lang w:val="it-IT"/>
        </w:rPr>
      </w:pPr>
      <w:r w:rsidRPr="00D35C82">
        <w:rPr>
          <w:rFonts w:ascii="Calibri" w:hAnsi="Calibri" w:cs="Calibri"/>
          <w:sz w:val="21"/>
          <w:szCs w:val="21"/>
          <w:lang w:val="it-IT"/>
        </w:rPr>
        <w:t>Certi della consueta collaborazione, si ringraziano le famiglie per l’attenzione e la sensibilità dimostrate.</w:t>
      </w:r>
    </w:p>
    <w:p w:rsidR="006C35B3" w:rsidRPr="00D35C82" w:rsidRDefault="00000000" w:rsidP="00D35C82">
      <w:pPr>
        <w:spacing w:line="240" w:lineRule="auto"/>
        <w:jc w:val="right"/>
        <w:rPr>
          <w:rFonts w:ascii="Calibri" w:hAnsi="Calibri" w:cs="Calibri"/>
          <w:sz w:val="21"/>
          <w:szCs w:val="21"/>
          <w:lang w:val="it-IT"/>
        </w:rPr>
      </w:pPr>
      <w:r w:rsidRPr="00D35C82">
        <w:rPr>
          <w:rFonts w:ascii="Calibri" w:hAnsi="Calibri" w:cs="Calibri"/>
          <w:sz w:val="21"/>
          <w:szCs w:val="21"/>
          <w:lang w:val="it-IT"/>
        </w:rPr>
        <w:t>La Dirigente Scolastica</w:t>
      </w:r>
    </w:p>
    <w:p w:rsidR="006C35B3" w:rsidRPr="00D35C82" w:rsidRDefault="008C0016" w:rsidP="00D35C82">
      <w:pPr>
        <w:spacing w:line="240" w:lineRule="auto"/>
        <w:jc w:val="right"/>
        <w:rPr>
          <w:rFonts w:ascii="Calibri" w:hAnsi="Calibri" w:cs="Calibri"/>
          <w:sz w:val="21"/>
          <w:szCs w:val="21"/>
          <w:lang w:val="it-IT"/>
        </w:rPr>
      </w:pPr>
      <w:r w:rsidRPr="00D35C82">
        <w:rPr>
          <w:rFonts w:ascii="Calibri" w:hAnsi="Calibri" w:cs="Calibri"/>
          <w:sz w:val="21"/>
          <w:szCs w:val="21"/>
          <w:lang w:val="it-IT"/>
        </w:rPr>
        <w:t>Santa Guzzetta</w:t>
      </w:r>
    </w:p>
    <w:p w:rsidR="006C35B3" w:rsidRPr="00D35C82" w:rsidRDefault="00000000" w:rsidP="00D35C82">
      <w:pPr>
        <w:spacing w:line="240" w:lineRule="auto"/>
        <w:jc w:val="both"/>
        <w:rPr>
          <w:rFonts w:ascii="Calibri" w:hAnsi="Calibri" w:cs="Calibri"/>
          <w:sz w:val="21"/>
          <w:szCs w:val="21"/>
          <w:lang w:val="it-IT"/>
        </w:rPr>
      </w:pPr>
      <w:r w:rsidRPr="00D35C82">
        <w:rPr>
          <w:rFonts w:ascii="Calibri" w:hAnsi="Calibri" w:cs="Calibri"/>
          <w:sz w:val="21"/>
          <w:szCs w:val="21"/>
          <w:lang w:val="it-IT"/>
        </w:rPr>
        <w:t>Luogo e data __________________</w:t>
      </w:r>
    </w:p>
    <w:p w:rsidR="006C35B3" w:rsidRPr="00D35C82" w:rsidRDefault="006C35B3" w:rsidP="00D35C82">
      <w:pPr>
        <w:spacing w:line="240" w:lineRule="auto"/>
        <w:jc w:val="both"/>
        <w:rPr>
          <w:rFonts w:ascii="Calibri" w:hAnsi="Calibri" w:cs="Calibri"/>
          <w:sz w:val="21"/>
          <w:szCs w:val="21"/>
          <w:lang w:val="it-IT"/>
        </w:rPr>
      </w:pPr>
    </w:p>
    <w:sectPr w:rsidR="006C35B3" w:rsidRPr="00D35C82"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2115861009">
    <w:abstractNumId w:val="8"/>
  </w:num>
  <w:num w:numId="2" w16cid:durableId="2062049847">
    <w:abstractNumId w:val="6"/>
  </w:num>
  <w:num w:numId="3" w16cid:durableId="399719651">
    <w:abstractNumId w:val="5"/>
  </w:num>
  <w:num w:numId="4" w16cid:durableId="1524317675">
    <w:abstractNumId w:val="4"/>
  </w:num>
  <w:num w:numId="5" w16cid:durableId="974722175">
    <w:abstractNumId w:val="7"/>
  </w:num>
  <w:num w:numId="6" w16cid:durableId="587538510">
    <w:abstractNumId w:val="3"/>
  </w:num>
  <w:num w:numId="7" w16cid:durableId="1848594361">
    <w:abstractNumId w:val="2"/>
  </w:num>
  <w:num w:numId="8" w16cid:durableId="684138586">
    <w:abstractNumId w:val="1"/>
  </w:num>
  <w:num w:numId="9" w16cid:durableId="1343511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443EB"/>
    <w:rsid w:val="005F727A"/>
    <w:rsid w:val="006C35B3"/>
    <w:rsid w:val="008C0016"/>
    <w:rsid w:val="00937A43"/>
    <w:rsid w:val="00AA1D8D"/>
    <w:rsid w:val="00B47730"/>
    <w:rsid w:val="00CB0664"/>
    <w:rsid w:val="00D35C8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18967D82-A1AD-D846-B862-CC072BD53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286</Words>
  <Characters>1634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bianca guzzetta</cp:lastModifiedBy>
  <cp:revision>2</cp:revision>
  <dcterms:created xsi:type="dcterms:W3CDTF">2026-01-12T14:15:00Z</dcterms:created>
  <dcterms:modified xsi:type="dcterms:W3CDTF">2026-01-12T14:15:00Z</dcterms:modified>
  <cp:category/>
</cp:coreProperties>
</file>