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3204D" w:rsidRPr="00B81EAB" w:rsidRDefault="00000000">
      <w:pPr>
        <w:spacing w:after="40"/>
        <w:jc w:val="center"/>
        <w:rPr>
          <w:lang w:val="it-IT"/>
        </w:rPr>
      </w:pPr>
      <w:r w:rsidRPr="00B81EAB">
        <w:rPr>
          <w:b/>
          <w:sz w:val="20"/>
          <w:lang w:val="it-IT"/>
        </w:rPr>
        <w:t>ALLEGATO</w:t>
      </w:r>
    </w:p>
    <w:p w:rsidR="0023204D" w:rsidRPr="00B81EAB" w:rsidRDefault="00000000">
      <w:pPr>
        <w:spacing w:line="264" w:lineRule="auto"/>
        <w:jc w:val="center"/>
        <w:rPr>
          <w:lang w:val="it-IT"/>
        </w:rPr>
      </w:pPr>
      <w:r w:rsidRPr="00B81EAB">
        <w:rPr>
          <w:b/>
          <w:sz w:val="26"/>
          <w:lang w:val="it-IT"/>
        </w:rPr>
        <w:t>Richiesta di attivazione della procedura per la continuita del docente a tempo determinato su posto di sostegno - a.s. 2026/2027</w:t>
      </w:r>
    </w:p>
    <w:p w:rsidR="0023204D" w:rsidRPr="00B81EAB" w:rsidRDefault="00000000" w:rsidP="00B81EAB">
      <w:pPr>
        <w:spacing w:after="120"/>
        <w:jc w:val="right"/>
        <w:rPr>
          <w:lang w:val="it-IT"/>
        </w:rPr>
      </w:pPr>
      <w:r w:rsidRPr="00B81EAB">
        <w:rPr>
          <w:b/>
          <w:lang w:val="it-IT"/>
        </w:rPr>
        <w:t>Alla Dirigente scolastica</w:t>
      </w:r>
      <w:r w:rsidRPr="00B81EAB">
        <w:rPr>
          <w:b/>
          <w:lang w:val="it-IT"/>
        </w:rPr>
        <w:br/>
      </w:r>
      <w:r w:rsidRPr="00B81EAB">
        <w:rPr>
          <w:lang w:val="it-IT"/>
        </w:rPr>
        <w:t>dell'I.C.S. “Principessa Elena di Napoli”</w:t>
      </w:r>
      <w:r w:rsidRPr="00B81EAB">
        <w:rPr>
          <w:lang w:val="it-IT"/>
        </w:rPr>
        <w:br/>
        <w:t>Palermo</w:t>
      </w:r>
      <w:r w:rsidRPr="00B81EAB">
        <w:rPr>
          <w:lang w:val="it-IT"/>
        </w:rPr>
        <w:br/>
      </w:r>
    </w:p>
    <w:p w:rsidR="0023204D" w:rsidRPr="00B81EAB" w:rsidRDefault="00000000" w:rsidP="00B81EAB">
      <w:pPr>
        <w:jc w:val="right"/>
        <w:rPr>
          <w:lang w:val="it-IT"/>
        </w:rPr>
      </w:pPr>
      <w:r w:rsidRPr="00B81EAB">
        <w:rPr>
          <w:i/>
          <w:sz w:val="20"/>
          <w:lang w:val="it-IT"/>
        </w:rPr>
        <w:t>e, p.c.</w:t>
      </w:r>
      <w:r w:rsidRPr="00B81EAB">
        <w:rPr>
          <w:i/>
          <w:sz w:val="20"/>
          <w:lang w:val="it-IT"/>
        </w:rPr>
        <w:br/>
      </w:r>
      <w:r w:rsidRPr="00B81EAB">
        <w:rPr>
          <w:sz w:val="20"/>
          <w:lang w:val="it-IT"/>
        </w:rPr>
        <w:t>al GLO della classe/sezione __________</w:t>
      </w:r>
      <w:r w:rsidRPr="00B81EAB">
        <w:rPr>
          <w:sz w:val="20"/>
          <w:lang w:val="it-IT"/>
        </w:rPr>
        <w:br/>
        <w:t>ai docenti del Consiglio di classe / Team docenti</w:t>
      </w:r>
      <w:r w:rsidRPr="00B81EAB">
        <w:rPr>
          <w:sz w:val="20"/>
          <w:lang w:val="it-IT"/>
        </w:rPr>
        <w:br/>
        <w:t>al docente di sostegno interessato</w:t>
      </w:r>
      <w:r w:rsidRPr="00B81EAB">
        <w:rPr>
          <w:sz w:val="20"/>
          <w:lang w:val="it-IT"/>
        </w:rPr>
        <w:br/>
      </w:r>
    </w:p>
    <w:tbl>
      <w:tblPr>
        <w:tblW w:w="0" w:type="auto"/>
        <w:jc w:val="center"/>
        <w:tblBorders>
          <w:top w:val="single" w:sz="8" w:space="0" w:color="AEBFD1"/>
          <w:left w:val="single" w:sz="8" w:space="0" w:color="AEBFD1"/>
          <w:bottom w:val="single" w:sz="8" w:space="0" w:color="AEBFD1"/>
          <w:right w:val="single" w:sz="8" w:space="0" w:color="AEBFD1"/>
          <w:insideH w:val="single" w:sz="8" w:space="0" w:color="AEBFD1"/>
          <w:insideV w:val="single" w:sz="8" w:space="0" w:color="AEBFD1"/>
        </w:tblBorders>
        <w:tblLayout w:type="fixed"/>
        <w:tblLook w:val="04A0" w:firstRow="1" w:lastRow="0" w:firstColumn="1" w:lastColumn="0" w:noHBand="0" w:noVBand="1"/>
      </w:tblPr>
      <w:tblGrid>
        <w:gridCol w:w="9746"/>
      </w:tblGrid>
      <w:tr w:rsidR="0023204D" w:rsidRPr="00B81EAB">
        <w:trPr>
          <w:jc w:val="center"/>
        </w:trPr>
        <w:tc>
          <w:tcPr>
            <w:tcW w:w="9746" w:type="dxa"/>
            <w:shd w:val="clear" w:color="auto" w:fill="EEF3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3204D" w:rsidRPr="00B81EAB" w:rsidRDefault="00000000">
            <w:pPr>
              <w:spacing w:before="20" w:after="20"/>
              <w:jc w:val="center"/>
              <w:rPr>
                <w:lang w:val="it-IT"/>
              </w:rPr>
            </w:pPr>
            <w:r w:rsidRPr="00B81EAB">
              <w:rPr>
                <w:b/>
                <w:sz w:val="21"/>
                <w:lang w:val="it-IT"/>
              </w:rPr>
              <w:t>Oggetto: Richiesta di attivazione della procedura per la continuita didattica del docente a tempo determinato su posto di sostegno - a.s. 2026/2027</w:t>
            </w:r>
          </w:p>
        </w:tc>
      </w:tr>
    </w:tbl>
    <w:p w:rsidR="0023204D" w:rsidRPr="00B81EAB" w:rsidRDefault="0023204D">
      <w:pPr>
        <w:spacing w:after="120"/>
        <w:rPr>
          <w:lang w:val="it-IT"/>
        </w:rPr>
      </w:pPr>
    </w:p>
    <w:p w:rsidR="0023204D" w:rsidRPr="00B81EAB" w:rsidRDefault="00000000">
      <w:pPr>
        <w:spacing w:after="160"/>
        <w:rPr>
          <w:lang w:val="it-IT"/>
        </w:rPr>
      </w:pPr>
      <w:r w:rsidRPr="00B81EAB">
        <w:rPr>
          <w:lang w:val="it-IT"/>
        </w:rPr>
        <w:t>I sottoscritti</w:t>
      </w:r>
      <w:r w:rsidRPr="00B81EAB">
        <w:rPr>
          <w:lang w:val="it-IT"/>
        </w:rPr>
        <w:br/>
        <w:t>________________________________________</w:t>
      </w:r>
      <w:r w:rsidRPr="00B81EAB">
        <w:rPr>
          <w:lang w:val="it-IT"/>
        </w:rPr>
        <w:br/>
        <w:t>________________________________________</w:t>
      </w:r>
      <w:r w:rsidRPr="00B81EAB">
        <w:rPr>
          <w:lang w:val="it-IT"/>
        </w:rPr>
        <w:br/>
      </w:r>
      <w:r w:rsidRPr="00B81EAB">
        <w:rPr>
          <w:lang w:val="it-IT"/>
        </w:rPr>
        <w:br/>
        <w:t xml:space="preserve">in qualita di </w:t>
      </w:r>
      <w:r w:rsidRPr="00B81EAB">
        <w:rPr>
          <w:b/>
          <w:lang w:val="it-IT"/>
        </w:rPr>
        <w:t>genitori / esercenti la responsabilita genitoriale / tutori</w:t>
      </w:r>
      <w:r w:rsidRPr="00B81EAB">
        <w:rPr>
          <w:lang w:val="it-IT"/>
        </w:rPr>
        <w:t xml:space="preserve"> dell'alunno/a</w:t>
      </w:r>
      <w:r w:rsidRPr="00B81EAB">
        <w:rPr>
          <w:lang w:val="it-IT"/>
        </w:rPr>
        <w:br/>
      </w:r>
      <w:r w:rsidRPr="00B81EAB">
        <w:rPr>
          <w:lang w:val="it-IT"/>
        </w:rPr>
        <w:br/>
        <w:t>________________________________________</w:t>
      </w:r>
      <w:r w:rsidRPr="00B81EAB">
        <w:rPr>
          <w:lang w:val="it-IT"/>
        </w:rPr>
        <w:br/>
      </w:r>
      <w:r w:rsidRPr="00B81EAB">
        <w:rPr>
          <w:lang w:val="it-IT"/>
        </w:rPr>
        <w:br/>
        <w:t>frequentante la classe/sezione ________ di codesto Istituto,</w:t>
      </w:r>
    </w:p>
    <w:p w:rsidR="0023204D" w:rsidRPr="00B81EAB" w:rsidRDefault="00000000">
      <w:pPr>
        <w:spacing w:after="80"/>
        <w:jc w:val="center"/>
        <w:rPr>
          <w:lang w:val="it-IT"/>
        </w:rPr>
      </w:pPr>
      <w:r w:rsidRPr="00B81EAB">
        <w:rPr>
          <w:b/>
          <w:i/>
          <w:lang w:val="it-IT"/>
        </w:rPr>
        <w:t>premesso che</w:t>
      </w:r>
    </w:p>
    <w:p w:rsidR="0023204D" w:rsidRPr="00B81EAB" w:rsidRDefault="00000000">
      <w:pPr>
        <w:spacing w:after="160"/>
        <w:rPr>
          <w:lang w:val="it-IT"/>
        </w:rPr>
      </w:pPr>
      <w:r w:rsidRPr="00B81EAB">
        <w:rPr>
          <w:lang w:val="it-IT"/>
        </w:rPr>
        <w:t>la normativa vigente prevede, al ricorrere delle condizioni stabilite, la possibilita di attivare la procedura finalizzata alla continuita del docente a tempo determinato su posto di sostegno per l'anno scolastico 2026/2027, nell'interesse dell'alunno/a con disabilita certificata.</w:t>
      </w:r>
    </w:p>
    <w:p w:rsidR="0023204D" w:rsidRPr="00B81EAB" w:rsidRDefault="00000000">
      <w:pPr>
        <w:spacing w:after="80"/>
        <w:jc w:val="center"/>
        <w:rPr>
          <w:lang w:val="it-IT"/>
        </w:rPr>
      </w:pPr>
      <w:r w:rsidRPr="00B81EAB">
        <w:rPr>
          <w:b/>
          <w:i/>
          <w:lang w:val="it-IT"/>
        </w:rPr>
        <w:t>chiedono</w:t>
      </w:r>
    </w:p>
    <w:p w:rsidR="0023204D" w:rsidRPr="00B81EAB" w:rsidRDefault="00000000">
      <w:pPr>
        <w:spacing w:after="160"/>
        <w:rPr>
          <w:lang w:val="it-IT"/>
        </w:rPr>
      </w:pPr>
      <w:r w:rsidRPr="00B81EAB">
        <w:rPr>
          <w:lang w:val="it-IT"/>
        </w:rPr>
        <w:t>che codesta Istituzione scolastica voglia valutare, nell'ambito dell'istruttoria di competenza e nel rispetto della normativa vigente, la possibilita di attivare la procedura finalizzata alla continuita didattica del docente di sostegno attualmente in servizio per il/la proprio/a figlio/a anche per l'a.s. 2026/2027, nell'interesse educativo, didattico e relazionale dell'alunno/a.</w:t>
      </w:r>
    </w:p>
    <w:p w:rsidR="0023204D" w:rsidRPr="00B81EAB" w:rsidRDefault="00000000">
      <w:pPr>
        <w:spacing w:after="80"/>
        <w:rPr>
          <w:lang w:val="it-IT"/>
        </w:rPr>
      </w:pPr>
      <w:r w:rsidRPr="00B81EAB">
        <w:rPr>
          <w:b/>
          <w:lang w:val="it-IT"/>
        </w:rPr>
        <w:t>I sottoscritti dichiarano di essere consapevoli che:</w:t>
      </w:r>
    </w:p>
    <w:p w:rsidR="0023204D" w:rsidRPr="00B81EAB" w:rsidRDefault="00000000">
      <w:pPr>
        <w:spacing w:after="60" w:line="269" w:lineRule="auto"/>
        <w:ind w:left="340" w:hanging="227"/>
        <w:rPr>
          <w:lang w:val="it-IT"/>
        </w:rPr>
      </w:pPr>
      <w:r w:rsidRPr="00B81EAB">
        <w:rPr>
          <w:lang w:val="it-IT"/>
        </w:rPr>
        <w:t>• la presente istanza costituisce richiesta di attivazione della procedura e non comporta automaticamente la conferma del docente;</w:t>
      </w:r>
    </w:p>
    <w:p w:rsidR="0023204D" w:rsidRPr="00B81EAB" w:rsidRDefault="00000000">
      <w:pPr>
        <w:spacing w:after="60" w:line="269" w:lineRule="auto"/>
        <w:ind w:left="340" w:hanging="227"/>
        <w:rPr>
          <w:lang w:val="it-IT"/>
        </w:rPr>
      </w:pPr>
      <w:r w:rsidRPr="00B81EAB">
        <w:rPr>
          <w:lang w:val="it-IT"/>
        </w:rPr>
        <w:t>• la valutazione compete alla Dirigente scolastica, anche sentito il GLO, con riferimento alla specifica situazione dell'alunno/a e della classe;</w:t>
      </w:r>
    </w:p>
    <w:p w:rsidR="0023204D" w:rsidRPr="00B81EAB" w:rsidRDefault="00000000">
      <w:pPr>
        <w:spacing w:after="60" w:line="269" w:lineRule="auto"/>
        <w:ind w:left="340" w:hanging="227"/>
        <w:rPr>
          <w:lang w:val="it-IT"/>
        </w:rPr>
      </w:pPr>
      <w:r w:rsidRPr="00B81EAB">
        <w:rPr>
          <w:lang w:val="it-IT"/>
        </w:rPr>
        <w:lastRenderedPageBreak/>
        <w:t>• l'eventuale conferma e subordinata alla sussistenza di tutti i presupposti previsti dalla normativa vigente, alla disponibilita del docente interessato, nonche alle verifiche di competenza dell'Ufficio scolastico territorialmente competente.</w:t>
      </w:r>
    </w:p>
    <w:p w:rsidR="0023204D" w:rsidRPr="00B81EAB" w:rsidRDefault="00000000">
      <w:pPr>
        <w:spacing w:before="80" w:after="80"/>
        <w:rPr>
          <w:lang w:val="it-IT"/>
        </w:rPr>
      </w:pPr>
      <w:r w:rsidRPr="00B81EAB">
        <w:rPr>
          <w:b/>
          <w:lang w:val="it-IT"/>
        </w:rPr>
        <w:t>Si allega/no:</w:t>
      </w:r>
    </w:p>
    <w:p w:rsidR="0023204D" w:rsidRPr="00B81EAB" w:rsidRDefault="00000000">
      <w:pPr>
        <w:spacing w:after="40"/>
        <w:ind w:left="454" w:hanging="227"/>
        <w:rPr>
          <w:lang w:val="it-IT"/>
        </w:rPr>
      </w:pPr>
      <w:r w:rsidRPr="00B81EAB">
        <w:rPr>
          <w:lang w:val="it-IT"/>
        </w:rPr>
        <w:t>copia del/dei documento/i di identita del/dei richiedente/i;</w:t>
      </w:r>
    </w:p>
    <w:p w:rsidR="0023204D" w:rsidRPr="00B81EAB" w:rsidRDefault="00000000">
      <w:pPr>
        <w:spacing w:after="40"/>
        <w:ind w:left="454" w:hanging="227"/>
        <w:rPr>
          <w:lang w:val="it-IT"/>
        </w:rPr>
      </w:pPr>
      <w:r w:rsidRPr="00B81EAB">
        <w:rPr>
          <w:lang w:val="it-IT"/>
        </w:rPr>
        <w:t>eventuale ulteriore documentazione ritenuta utile.</w:t>
      </w:r>
    </w:p>
    <w:p w:rsidR="0023204D" w:rsidRDefault="00000000">
      <w:pPr>
        <w:spacing w:before="160"/>
      </w:pPr>
      <w:r>
        <w:t>Luogo e data ______________________</w:t>
      </w: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23204D" w:rsidRPr="00B81EAB">
        <w:trPr>
          <w:jc w:val="center"/>
        </w:trPr>
        <w:tc>
          <w:tcPr>
            <w:tcW w:w="48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23204D" w:rsidRPr="00B81EAB" w:rsidRDefault="00000000">
            <w:pPr>
              <w:spacing w:after="0"/>
              <w:jc w:val="center"/>
              <w:rPr>
                <w:lang w:val="it-IT"/>
              </w:rPr>
            </w:pPr>
            <w:r w:rsidRPr="00B81EAB">
              <w:rPr>
                <w:b/>
                <w:sz w:val="21"/>
                <w:lang w:val="it-IT"/>
              </w:rPr>
              <w:t>Firma genitore / esercente responsabilita genitoriale 1</w:t>
            </w:r>
          </w:p>
        </w:tc>
        <w:tc>
          <w:tcPr>
            <w:tcW w:w="48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23204D" w:rsidRPr="00B81EAB" w:rsidRDefault="00000000">
            <w:pPr>
              <w:spacing w:after="0"/>
              <w:jc w:val="center"/>
              <w:rPr>
                <w:lang w:val="it-IT"/>
              </w:rPr>
            </w:pPr>
            <w:r w:rsidRPr="00B81EAB">
              <w:rPr>
                <w:b/>
                <w:sz w:val="21"/>
                <w:lang w:val="it-IT"/>
              </w:rPr>
              <w:t>Firma genitore / esercente responsabilita genitoriale 2</w:t>
            </w:r>
          </w:p>
        </w:tc>
      </w:tr>
      <w:tr w:rsidR="0023204D">
        <w:trPr>
          <w:jc w:val="center"/>
        </w:trPr>
        <w:tc>
          <w:tcPr>
            <w:tcW w:w="48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23204D" w:rsidRDefault="00000000">
            <w:pPr>
              <w:spacing w:after="0"/>
              <w:jc w:val="center"/>
            </w:pPr>
            <w:r>
              <w:rPr>
                <w:sz w:val="21"/>
              </w:rPr>
              <w:t>________________________________</w:t>
            </w:r>
          </w:p>
        </w:tc>
        <w:tc>
          <w:tcPr>
            <w:tcW w:w="48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23204D" w:rsidRDefault="00000000">
            <w:pPr>
              <w:spacing w:after="0"/>
              <w:jc w:val="center"/>
            </w:pPr>
            <w:r>
              <w:rPr>
                <w:sz w:val="21"/>
              </w:rPr>
              <w:t>________________________________</w:t>
            </w:r>
          </w:p>
        </w:tc>
      </w:tr>
    </w:tbl>
    <w:p w:rsidR="0023204D" w:rsidRDefault="0023204D">
      <w:pPr>
        <w:spacing w:after="80"/>
      </w:pPr>
    </w:p>
    <w:tbl>
      <w:tblPr>
        <w:tblW w:w="0" w:type="auto"/>
        <w:jc w:val="center"/>
        <w:tblBorders>
          <w:top w:val="single" w:sz="6" w:space="0" w:color="D7DDE5"/>
          <w:left w:val="single" w:sz="6" w:space="0" w:color="D7DDE5"/>
          <w:bottom w:val="single" w:sz="6" w:space="0" w:color="D7DDE5"/>
          <w:right w:val="single" w:sz="6" w:space="0" w:color="D7DDE5"/>
          <w:insideH w:val="single" w:sz="6" w:space="0" w:color="D7DDE5"/>
          <w:insideV w:val="single" w:sz="6" w:space="0" w:color="D7DDE5"/>
        </w:tblBorders>
        <w:tblLayout w:type="fixed"/>
        <w:tblLook w:val="04A0" w:firstRow="1" w:lastRow="0" w:firstColumn="1" w:lastColumn="0" w:noHBand="0" w:noVBand="1"/>
      </w:tblPr>
      <w:tblGrid>
        <w:gridCol w:w="9746"/>
      </w:tblGrid>
      <w:tr w:rsidR="0023204D">
        <w:trPr>
          <w:jc w:val="center"/>
        </w:trPr>
        <w:tc>
          <w:tcPr>
            <w:tcW w:w="9746" w:type="dxa"/>
            <w:shd w:val="clear" w:color="auto" w:fill="FAFB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3204D" w:rsidRPr="00B81EAB" w:rsidRDefault="00000000">
            <w:pPr>
              <w:spacing w:after="100"/>
              <w:rPr>
                <w:lang w:val="it-IT"/>
              </w:rPr>
            </w:pPr>
            <w:r w:rsidRPr="00B81EAB">
              <w:rPr>
                <w:b/>
                <w:sz w:val="21"/>
                <w:lang w:val="it-IT"/>
              </w:rPr>
              <w:t>In caso di firma di un solo genitore/esercente la responsabilita genitoriale</w:t>
            </w:r>
          </w:p>
          <w:p w:rsidR="0023204D" w:rsidRPr="00B81EAB" w:rsidRDefault="00000000">
            <w:pPr>
              <w:spacing w:after="100"/>
              <w:rPr>
                <w:lang w:val="it-IT"/>
              </w:rPr>
            </w:pPr>
            <w:r w:rsidRPr="00B81EAB">
              <w:rPr>
                <w:sz w:val="21"/>
                <w:lang w:val="it-IT"/>
              </w:rPr>
              <w:t>Il/La sottoscritto/a ____________________________________ dichiara, sotto la propria responsabilita, di sottoscrivere la presente istanza in osservanza delle disposizioni vigenti in materia di responsabilita genitoriale e di aver effettuato la scelta in accordo con l'altro genitore, ove previsto.</w:t>
            </w:r>
          </w:p>
          <w:p w:rsidR="0023204D" w:rsidRDefault="00000000">
            <w:r>
              <w:rPr>
                <w:b/>
                <w:sz w:val="21"/>
              </w:rPr>
              <w:t>Firma ________________________________</w:t>
            </w:r>
          </w:p>
        </w:tc>
      </w:tr>
    </w:tbl>
    <w:p w:rsidR="0023204D" w:rsidRDefault="0023204D">
      <w:pPr>
        <w:spacing w:after="120"/>
      </w:pPr>
    </w:p>
    <w:tbl>
      <w:tblPr>
        <w:tblW w:w="0" w:type="auto"/>
        <w:jc w:val="center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746"/>
      </w:tblGrid>
      <w:tr w:rsidR="0023204D" w:rsidRPr="00B81EAB">
        <w:trPr>
          <w:jc w:val="center"/>
        </w:trPr>
        <w:tc>
          <w:tcPr>
            <w:tcW w:w="97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04D" w:rsidRPr="00B81EAB" w:rsidRDefault="00000000">
            <w:pPr>
              <w:rPr>
                <w:lang w:val="it-IT"/>
              </w:rPr>
            </w:pPr>
            <w:r w:rsidRPr="00B81EAB">
              <w:rPr>
                <w:b/>
                <w:sz w:val="19"/>
                <w:lang w:val="it-IT"/>
              </w:rPr>
              <w:t>Informativa sintetica privacy</w:t>
            </w:r>
          </w:p>
          <w:p w:rsidR="0023204D" w:rsidRPr="00B81EAB" w:rsidRDefault="00000000">
            <w:pPr>
              <w:spacing w:after="0"/>
              <w:rPr>
                <w:lang w:val="it-IT"/>
              </w:rPr>
            </w:pPr>
            <w:r w:rsidRPr="00B81EAB">
              <w:rPr>
                <w:sz w:val="18"/>
                <w:lang w:val="it-IT"/>
              </w:rPr>
              <w:t>I dati personali conferiti con la presente istanza saranno trattati dall'Istituzione scolastica esclusivamente per finalita istituzionali connesse al procedimento in oggetto, nel rispetto del Regolamento (UE) 2016/679 e della normativa nazionale vigente in materia di protezione dei dati personali. L'informativa completa e consultabile sul sito istituzionale della scuola e presso gli uffici di segreteria.</w:t>
            </w:r>
          </w:p>
        </w:tc>
      </w:tr>
    </w:tbl>
    <w:p w:rsidR="00151663" w:rsidRPr="00B81EAB" w:rsidRDefault="00151663">
      <w:pPr>
        <w:rPr>
          <w:lang w:val="it-IT"/>
        </w:rPr>
      </w:pPr>
    </w:p>
    <w:sectPr w:rsidR="00151663" w:rsidRPr="00B81EAB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0038557">
    <w:abstractNumId w:val="8"/>
  </w:num>
  <w:num w:numId="2" w16cid:durableId="605774538">
    <w:abstractNumId w:val="6"/>
  </w:num>
  <w:num w:numId="3" w16cid:durableId="1082678070">
    <w:abstractNumId w:val="5"/>
  </w:num>
  <w:num w:numId="4" w16cid:durableId="279917561">
    <w:abstractNumId w:val="4"/>
  </w:num>
  <w:num w:numId="5" w16cid:durableId="518392337">
    <w:abstractNumId w:val="7"/>
  </w:num>
  <w:num w:numId="6" w16cid:durableId="285310545">
    <w:abstractNumId w:val="3"/>
  </w:num>
  <w:num w:numId="7" w16cid:durableId="215749013">
    <w:abstractNumId w:val="2"/>
  </w:num>
  <w:num w:numId="8" w16cid:durableId="586883390">
    <w:abstractNumId w:val="1"/>
  </w:num>
  <w:num w:numId="9" w16cid:durableId="720909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1663"/>
    <w:rsid w:val="0023204D"/>
    <w:rsid w:val="0029639D"/>
    <w:rsid w:val="00326F90"/>
    <w:rsid w:val="00AA1D8D"/>
    <w:rsid w:val="00B47730"/>
    <w:rsid w:val="00B81EA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EE45EA4-5FA4-464E-BB77-E23BC604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eastAsia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bianca guzzetta</cp:lastModifiedBy>
  <cp:revision>2</cp:revision>
  <dcterms:created xsi:type="dcterms:W3CDTF">2026-04-01T11:19:00Z</dcterms:created>
  <dcterms:modified xsi:type="dcterms:W3CDTF">2026-04-01T11:19:00Z</dcterms:modified>
  <cp:category/>
</cp:coreProperties>
</file>